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58140"/>
          <w:sz w:val="18"/>
        </w:rPr>
        <w:t>UPTIME SLA TEMPLATE</w:t>
      </w:r>
    </w:p>
    <w:p>
      <w:r>
        <w:rPr>
          <w:b/>
          <w:color w:val="131B25"/>
          <w:sz w:val="48"/>
        </w:rPr>
        <w:t>Uptime Service Level Agreement</w:t>
      </w:r>
    </w:p>
    <w:p>
      <w:pPr>
        <w:pBdr>
          <w:bottom w:val="single" w:sz="18" w:space="4" w:color="3BD671"/>
        </w:pBdr>
      </w:pPr>
      <w:r>
        <w:rPr>
          <w:color w:val="4A5768"/>
        </w:rPr>
        <w:t>[Provider Name] · [Service Name] · Version [1.0] · [Date]</w:t>
      </w:r>
    </w:p>
    <w:p>
      <w:r>
        <w:rPr>
          <w:i/>
          <w:color w:val="4A5768"/>
          <w:sz w:val="18"/>
        </w:rPr>
        <w:t>Replace everything in [square brackets] with your own details. The clauses are examples, not legal advice. Have the final agreement reviewed before signing.</w:t>
      </w:r>
    </w:p>
    <w:p>
      <w:pPr>
        <w:keepNext/>
        <w:spacing w:before="200"/>
      </w:pPr>
      <w:r>
        <w:rPr>
          <w:b/>
          <w:color w:val="158140"/>
          <w:sz w:val="26"/>
        </w:rPr>
        <w:t xml:space="preserve">1. </w:t>
      </w:r>
      <w:r>
        <w:rPr>
          <w:b/>
          <w:color w:val="131B25"/>
          <w:sz w:val="26"/>
        </w:rPr>
        <w:t>Agreement Overview and Parties</w:t>
      </w:r>
    </w:p>
    <w:p>
      <w:r>
        <w:t>This Service Level Agreement ("Agreement"), ID [Agreement ID], is between [Provider Name] ("Provider") and [Customer Name] ("Customer"). It covers [Service Name], takes effect on [Effective Date], and remains in force until replaced or terminated under Section 9.</w:t>
      </w:r>
    </w:p>
    <w:p>
      <w:pPr>
        <w:keepNext/>
        <w:spacing w:before="200"/>
      </w:pPr>
      <w:r>
        <w:rPr>
          <w:b/>
          <w:color w:val="158140"/>
          <w:sz w:val="26"/>
        </w:rPr>
        <w:t xml:space="preserve">2. </w:t>
      </w:r>
      <w:r>
        <w:rPr>
          <w:b/>
          <w:color w:val="131B25"/>
          <w:sz w:val="26"/>
        </w:rPr>
        <w:t>Services Covered</w:t>
      </w:r>
    </w:p>
    <w:p>
      <w:r>
        <w:t>The Provider will supply [hosting of the production website], [email support], and [monthly reports]. The following are excluded: [custom development], [customer-installed third-party software], and [on-site support].</w:t>
      </w:r>
    </w:p>
    <w:p>
      <w:pPr>
        <w:keepNext/>
        <w:spacing w:before="200"/>
      </w:pPr>
      <w:r>
        <w:rPr>
          <w:b/>
          <w:color w:val="158140"/>
          <w:sz w:val="26"/>
        </w:rPr>
        <w:t xml:space="preserve">3. </w:t>
      </w:r>
      <w:r>
        <w:rPr>
          <w:b/>
          <w:color w:val="131B25"/>
          <w:sz w:val="26"/>
        </w:rPr>
        <w:t>Service Level Targets</w:t>
      </w:r>
    </w:p>
    <w:p>
      <w:r>
        <w:t>The Provider will maintain 99.99% availability for [Service Name] in each calendar month. That allows about 4 minutes 22 seconds of downtime in an average month. Incident response and resolution times are measured from [customer report or monitoring detection] according to the following priorities:</w:t>
      </w:r>
    </w:p>
    <w:tbl>
      <w:tblPr>
        <w:tblStyle w:val="TableGrid"/>
        <w:tblW w:type="auto" w:w="0"/>
        <w:tblLayout w:type="fixed"/>
        <w:tblLook w:firstColumn="1" w:firstRow="1" w:lastColumn="0" w:lastRow="0" w:noHBand="0" w:noVBand="1" w:val="04A0"/>
      </w:tblPr>
      <w:tblGrid>
        <w:gridCol w:w="2409"/>
        <w:gridCol w:w="2409"/>
        <w:gridCol w:w="2409"/>
        <w:gridCol w:w="2409"/>
      </w:tblGrid>
      <w:tr>
        <w:tc>
          <w:tcPr>
            <w:tcW w:type="dxa" w:w="2409"/>
            <w:shd w:val="clear" w:color="auto" w:fill="131B25"/>
          </w:tcPr>
          <w:p>
            <w:pPr>
              <w:spacing w:before="60" w:after="60"/>
            </w:pPr>
            <w:r>
              <w:rPr>
                <w:b/>
                <w:color w:val="FFFFFF"/>
                <w:sz w:val="19"/>
              </w:rPr>
              <w:t>Priority</w:t>
            </w:r>
          </w:p>
        </w:tc>
        <w:tc>
          <w:tcPr>
            <w:tcW w:type="dxa" w:w="2409"/>
            <w:shd w:val="clear" w:color="auto" w:fill="131B25"/>
          </w:tcPr>
          <w:p>
            <w:pPr>
              <w:spacing w:before="60" w:after="60"/>
            </w:pPr>
            <w:r>
              <w:rPr>
                <w:b/>
                <w:color w:val="FFFFFF"/>
                <w:sz w:val="19"/>
              </w:rPr>
              <w:t>Definition</w:t>
            </w:r>
          </w:p>
        </w:tc>
        <w:tc>
          <w:tcPr>
            <w:tcW w:type="dxa" w:w="2409"/>
            <w:shd w:val="clear" w:color="auto" w:fill="131B25"/>
          </w:tcPr>
          <w:p>
            <w:pPr>
              <w:spacing w:before="60" w:after="60"/>
            </w:pPr>
            <w:r>
              <w:rPr>
                <w:b/>
                <w:color w:val="FFFFFF"/>
                <w:sz w:val="19"/>
              </w:rPr>
              <w:t>Response time</w:t>
            </w:r>
          </w:p>
        </w:tc>
        <w:tc>
          <w:tcPr>
            <w:tcW w:type="dxa" w:w="2409"/>
            <w:shd w:val="clear" w:color="auto" w:fill="131B25"/>
          </w:tcPr>
          <w:p>
            <w:pPr>
              <w:spacing w:before="60" w:after="60"/>
            </w:pPr>
            <w:r>
              <w:rPr>
                <w:b/>
                <w:color w:val="FFFFFF"/>
                <w:sz w:val="19"/>
              </w:rPr>
              <w:t>Resolution time</w:t>
            </w:r>
          </w:p>
        </w:tc>
      </w:tr>
      <w:tr>
        <w:tc>
          <w:tcPr>
            <w:tcW w:type="dxa" w:w="2409"/>
          </w:tcPr>
          <w:p>
            <w:pPr>
              <w:spacing w:before="60" w:after="60"/>
            </w:pPr>
            <w:r>
              <w:rPr>
                <w:sz w:val="19"/>
              </w:rPr>
              <w:t>Critical</w:t>
            </w:r>
          </w:p>
        </w:tc>
        <w:tc>
          <w:tcPr>
            <w:tcW w:type="dxa" w:w="2409"/>
          </w:tcPr>
          <w:p>
            <w:pPr>
              <w:spacing w:before="60" w:after="60"/>
            </w:pPr>
            <w:r>
              <w:rPr>
                <w:sz w:val="19"/>
              </w:rPr>
              <w:t>[Service unavailable]</w:t>
            </w:r>
          </w:p>
        </w:tc>
        <w:tc>
          <w:tcPr>
            <w:tcW w:type="dxa" w:w="2409"/>
          </w:tcPr>
          <w:p>
            <w:pPr>
              <w:spacing w:before="60" w:after="60"/>
            </w:pPr>
            <w:r>
              <w:rPr>
                <w:sz w:val="19"/>
              </w:rPr>
              <w:t>[15 minutes]</w:t>
            </w:r>
          </w:p>
        </w:tc>
        <w:tc>
          <w:tcPr>
            <w:tcW w:type="dxa" w:w="2409"/>
          </w:tcPr>
          <w:p>
            <w:pPr>
              <w:spacing w:before="60" w:after="60"/>
            </w:pPr>
            <w:r>
              <w:rPr>
                <w:sz w:val="19"/>
              </w:rPr>
              <w:t>[4 hours]</w:t>
            </w:r>
          </w:p>
        </w:tc>
      </w:tr>
      <w:tr>
        <w:tc>
          <w:tcPr>
            <w:tcW w:type="dxa" w:w="2409"/>
          </w:tcPr>
          <w:p>
            <w:pPr>
              <w:spacing w:before="60" w:after="60"/>
            </w:pPr>
            <w:r>
              <w:rPr>
                <w:sz w:val="19"/>
              </w:rPr>
              <w:t>Major</w:t>
            </w:r>
          </w:p>
        </w:tc>
        <w:tc>
          <w:tcPr>
            <w:tcW w:type="dxa" w:w="2409"/>
          </w:tcPr>
          <w:p>
            <w:pPr>
              <w:spacing w:before="60" w:after="60"/>
            </w:pPr>
            <w:r>
              <w:rPr>
                <w:sz w:val="19"/>
              </w:rPr>
              <w:t>[Major feature unavailable]</w:t>
            </w:r>
          </w:p>
        </w:tc>
        <w:tc>
          <w:tcPr>
            <w:tcW w:type="dxa" w:w="2409"/>
          </w:tcPr>
          <w:p>
            <w:pPr>
              <w:spacing w:before="60" w:after="60"/>
            </w:pPr>
            <w:r>
              <w:rPr>
                <w:sz w:val="19"/>
              </w:rPr>
              <w:t>[1 hour]</w:t>
            </w:r>
          </w:p>
        </w:tc>
        <w:tc>
          <w:tcPr>
            <w:tcW w:type="dxa" w:w="2409"/>
          </w:tcPr>
          <w:p>
            <w:pPr>
              <w:spacing w:before="60" w:after="60"/>
            </w:pPr>
            <w:r>
              <w:rPr>
                <w:sz w:val="19"/>
              </w:rPr>
              <w:t>[8 hours]</w:t>
            </w:r>
          </w:p>
        </w:tc>
      </w:tr>
      <w:tr>
        <w:tc>
          <w:tcPr>
            <w:tcW w:type="dxa" w:w="2409"/>
          </w:tcPr>
          <w:p>
            <w:pPr>
              <w:spacing w:before="60" w:after="60"/>
            </w:pPr>
            <w:r>
              <w:rPr>
                <w:sz w:val="19"/>
              </w:rPr>
              <w:t>Minor</w:t>
            </w:r>
          </w:p>
        </w:tc>
        <w:tc>
          <w:tcPr>
            <w:tcW w:type="dxa" w:w="2409"/>
          </w:tcPr>
          <w:p>
            <w:pPr>
              <w:spacing w:before="60" w:after="60"/>
            </w:pPr>
            <w:r>
              <w:rPr>
                <w:sz w:val="19"/>
              </w:rPr>
              <w:t>[Limited impact]</w:t>
            </w:r>
          </w:p>
        </w:tc>
        <w:tc>
          <w:tcPr>
            <w:tcW w:type="dxa" w:w="2409"/>
          </w:tcPr>
          <w:p>
            <w:pPr>
              <w:spacing w:before="60" w:after="60"/>
            </w:pPr>
            <w:r>
              <w:rPr>
                <w:sz w:val="19"/>
              </w:rPr>
              <w:t>[1 business day]</w:t>
            </w:r>
          </w:p>
        </w:tc>
        <w:tc>
          <w:tcPr>
            <w:tcW w:type="dxa" w:w="2409"/>
          </w:tcPr>
          <w:p>
            <w:pPr>
              <w:spacing w:before="60" w:after="60"/>
            </w:pPr>
            <w:r>
              <w:rPr>
                <w:sz w:val="19"/>
              </w:rPr>
              <w:t>[5 business days]</w:t>
            </w:r>
          </w:p>
        </w:tc>
      </w:tr>
    </w:tbl>
    <w:p>
      <w:pPr>
        <w:keepNext/>
        <w:spacing w:before="200"/>
      </w:pPr>
      <w:r>
        <w:rPr>
          <w:b/>
          <w:color w:val="158140"/>
          <w:sz w:val="26"/>
        </w:rPr>
        <w:t xml:space="preserve">4. </w:t>
      </w:r>
      <w:r>
        <w:rPr>
          <w:b/>
          <w:color w:val="131B25"/>
          <w:sz w:val="26"/>
        </w:rPr>
        <w:t>How Service Is Measured and Reported</w:t>
      </w:r>
    </w:p>
    <w:p>
      <w:r>
        <w:t>Availability will be measured by an external monitoring service, checking [Service URL] every 60 seconds from several locations. A minute counts as downtime when at least two locations confirm a failure. The Provider will send an availability report within [five business days] after each calendar month.</w:t>
      </w:r>
    </w:p>
    <w:p>
      <w:pPr>
        <w:keepNext/>
        <w:spacing w:before="200"/>
      </w:pPr>
      <w:r>
        <w:rPr>
          <w:b/>
          <w:color w:val="158140"/>
          <w:sz w:val="26"/>
        </w:rPr>
        <w:t xml:space="preserve">5. </w:t>
      </w:r>
      <w:r>
        <w:rPr>
          <w:b/>
          <w:color w:val="131B25"/>
          <w:sz w:val="26"/>
        </w:rPr>
        <w:t>Exclusions</w:t>
      </w:r>
    </w:p>
    <w:p>
      <w:r>
        <w:t>Unavailability excludes (a) planned maintenance announced at least 72 hours in advance, scheduled between [01:00 and 05:00 UTC], and limited to four hours per month; (b) [specified events outside the Provider's control]; and (c) failures caused by the Customer's network, systems, configuration, or misuse.</w:t>
      </w:r>
    </w:p>
    <w:p>
      <w:pPr>
        <w:keepNext/>
        <w:spacing w:before="200"/>
      </w:pPr>
      <w:r>
        <w:rPr>
          <w:b/>
          <w:color w:val="158140"/>
          <w:sz w:val="26"/>
        </w:rPr>
        <w:t xml:space="preserve">6. </w:t>
      </w:r>
      <w:r>
        <w:rPr>
          <w:b/>
          <w:color w:val="131B25"/>
          <w:sz w:val="26"/>
        </w:rPr>
        <w:t>Service Credits and Remedies</w:t>
      </w:r>
    </w:p>
    <w:p>
      <w:r>
        <w:t>If monthly availability falls below [99.99%], the Customer may claim a credit against the next invoice:</w:t>
      </w:r>
    </w:p>
    <w:tbl>
      <w:tblPr>
        <w:tblStyle w:val="TableGrid"/>
        <w:tblW w:type="auto" w:w="0"/>
        <w:tblLayout w:type="fixed"/>
        <w:tblLook w:firstColumn="1" w:firstRow="1" w:lastColumn="0" w:lastRow="0" w:noHBand="0" w:noVBand="1" w:val="04A0"/>
      </w:tblPr>
      <w:tblGrid>
        <w:gridCol w:w="4819"/>
        <w:gridCol w:w="4819"/>
      </w:tblGrid>
      <w:tr>
        <w:tc>
          <w:tcPr>
            <w:tcW w:type="dxa" w:w="4819"/>
            <w:shd w:val="clear" w:color="auto" w:fill="131B25"/>
          </w:tcPr>
          <w:p>
            <w:pPr>
              <w:spacing w:before="60" w:after="60"/>
            </w:pPr>
            <w:r>
              <w:rPr>
                <w:b/>
                <w:color w:val="FFFFFF"/>
                <w:sz w:val="19"/>
              </w:rPr>
              <w:t>Monthly availability</w:t>
            </w:r>
          </w:p>
        </w:tc>
        <w:tc>
          <w:tcPr>
            <w:tcW w:type="dxa" w:w="4819"/>
            <w:shd w:val="clear" w:color="auto" w:fill="131B25"/>
          </w:tcPr>
          <w:p>
            <w:pPr>
              <w:spacing w:before="60" w:after="60"/>
            </w:pPr>
            <w:r>
              <w:rPr>
                <w:b/>
                <w:color w:val="FFFFFF"/>
                <w:sz w:val="19"/>
              </w:rPr>
              <w:t>Example credit</w:t>
            </w:r>
          </w:p>
        </w:tc>
      </w:tr>
      <w:tr>
        <w:tc>
          <w:tcPr>
            <w:tcW w:type="dxa" w:w="4819"/>
          </w:tcPr>
          <w:p>
            <w:pPr>
              <w:spacing w:before="60" w:after="60"/>
            </w:pPr>
            <w:r>
              <w:rPr>
                <w:sz w:val="19"/>
              </w:rPr>
              <w:t>99.9% to below 99.99%</w:t>
            </w:r>
          </w:p>
        </w:tc>
        <w:tc>
          <w:tcPr>
            <w:tcW w:type="dxa" w:w="4819"/>
          </w:tcPr>
          <w:p>
            <w:pPr>
              <w:spacing w:before="60" w:after="60"/>
            </w:pPr>
            <w:r>
              <w:rPr>
                <w:sz w:val="19"/>
              </w:rPr>
              <w:t>[10% of monthly fee]</w:t>
            </w:r>
          </w:p>
        </w:tc>
      </w:tr>
      <w:tr>
        <w:tc>
          <w:tcPr>
            <w:tcW w:type="dxa" w:w="4819"/>
          </w:tcPr>
          <w:p>
            <w:pPr>
              <w:spacing w:before="60" w:after="60"/>
            </w:pPr>
            <w:r>
              <w:rPr>
                <w:sz w:val="19"/>
              </w:rPr>
              <w:t>99.0% to below 99.9%</w:t>
            </w:r>
          </w:p>
        </w:tc>
        <w:tc>
          <w:tcPr>
            <w:tcW w:type="dxa" w:w="4819"/>
          </w:tcPr>
          <w:p>
            <w:pPr>
              <w:spacing w:before="60" w:after="60"/>
            </w:pPr>
            <w:r>
              <w:rPr>
                <w:sz w:val="19"/>
              </w:rPr>
              <w:t>[25% of monthly fee]</w:t>
            </w:r>
          </w:p>
        </w:tc>
      </w:tr>
      <w:tr>
        <w:tc>
          <w:tcPr>
            <w:tcW w:type="dxa" w:w="4819"/>
          </w:tcPr>
          <w:p>
            <w:pPr>
              <w:spacing w:before="60" w:after="60"/>
            </w:pPr>
            <w:r>
              <w:rPr>
                <w:sz w:val="19"/>
              </w:rPr>
              <w:t>Below 99.0%</w:t>
            </w:r>
          </w:p>
        </w:tc>
        <w:tc>
          <w:tcPr>
            <w:tcW w:type="dxa" w:w="4819"/>
          </w:tcPr>
          <w:p>
            <w:pPr>
              <w:spacing w:before="60" w:after="60"/>
            </w:pPr>
            <w:r>
              <w:rPr>
                <w:sz w:val="19"/>
              </w:rPr>
              <w:t>[50% of monthly fee]</w:t>
            </w:r>
          </w:p>
        </w:tc>
      </w:tr>
    </w:tbl>
    <w:p>
      <w:r>
        <w:t>Remedies: Claims must be submitted within [30 days] after the affected month. Credits are capped at [50%] of that month's fee. [Specify whether service credits are the Customer's sole and exclusive remedy for missed service levels, or whether other remedies remain available under the main service agreement. Have this provision reviewed by legal counsel.]</w:t>
      </w:r>
    </w:p>
    <w:p>
      <w:pPr>
        <w:keepNext/>
        <w:spacing w:before="200"/>
      </w:pPr>
      <w:r>
        <w:rPr>
          <w:b/>
          <w:color w:val="158140"/>
          <w:sz w:val="26"/>
        </w:rPr>
        <w:t xml:space="preserve">7. </w:t>
      </w:r>
      <w:r>
        <w:rPr>
          <w:b/>
          <w:color w:val="131B25"/>
          <w:sz w:val="26"/>
        </w:rPr>
        <w:t>Escalation Path</w:t>
      </w:r>
    </w:p>
    <w:p>
      <w:r>
        <w:t>If an incident exceeds its resolution target, the Customer may contact Level 1: [Support team, contact details], response within [one hour]; Level 2: [Support manager], within [two hours]; and Level 3: [Operations lead], within [four hours].</w:t>
      </w:r>
    </w:p>
    <w:p>
      <w:pPr>
        <w:keepNext/>
        <w:spacing w:before="200"/>
      </w:pPr>
      <w:r>
        <w:rPr>
          <w:b/>
          <w:color w:val="158140"/>
          <w:sz w:val="26"/>
        </w:rPr>
        <w:t xml:space="preserve">8. </w:t>
      </w:r>
      <w:r>
        <w:rPr>
          <w:b/>
          <w:color w:val="131B25"/>
          <w:sz w:val="26"/>
        </w:rPr>
        <w:t>Responsibilities</w:t>
      </w:r>
    </w:p>
    <w:p>
      <w:r>
        <w:t>The Provider will meet the targets in Section 3, announce planned maintenance, and supply the reports in Section 4. The Customer will report incidents through [support channel], provide reasonable access for troubleshooting, and pay invoices under the agreed terms.</w:t>
      </w:r>
    </w:p>
    <w:p>
      <w:pPr>
        <w:keepNext/>
        <w:spacing w:before="200"/>
      </w:pPr>
      <w:r>
        <w:rPr>
          <w:b/>
          <w:color w:val="158140"/>
          <w:sz w:val="26"/>
        </w:rPr>
        <w:t xml:space="preserve">9. </w:t>
      </w:r>
      <w:r>
        <w:rPr>
          <w:b/>
          <w:color w:val="131B25"/>
          <w:sz w:val="26"/>
        </w:rPr>
        <w:t>Review, Changes, and Termination</w:t>
      </w:r>
    </w:p>
    <w:p>
      <w:r>
        <w:t>The parties will review this Agreement every [12 months]. Changes require written agreement and take effect on [agreed date]. Either party may terminate with [60 days'] written notice, subject to [applicable contract terms].</w:t>
      </w:r>
    </w:p>
    <w:p>
      <w:pPr>
        <w:keepNext/>
        <w:spacing w:before="200"/>
      </w:pPr>
      <w:r>
        <w:rPr>
          <w:b/>
          <w:color w:val="158140"/>
          <w:sz w:val="26"/>
        </w:rPr>
        <w:t xml:space="preserve">10. </w:t>
      </w:r>
      <w:r>
        <w:rPr>
          <w:b/>
          <w:color w:val="131B25"/>
          <w:sz w:val="26"/>
        </w:rPr>
        <w:t>Signatures</w:t>
      </w:r>
    </w:p>
    <w:tbl>
      <w:tblPr>
        <w:tblStyle w:val="TableGrid"/>
        <w:tblW w:type="auto" w:w="0"/>
        <w:tblLayout w:type="fixed"/>
        <w:tblLook w:firstColumn="1" w:firstRow="1" w:lastColumn="0" w:lastRow="0" w:noHBand="0" w:noVBand="1" w:val="04A0"/>
      </w:tblPr>
      <w:tblGrid>
        <w:gridCol w:w="3213"/>
        <w:gridCol w:w="3213"/>
        <w:gridCol w:w="3213"/>
      </w:tblGrid>
      <w:tr>
        <w:tc>
          <w:tcPr>
            <w:tcW w:type="dxa" w:w="3213"/>
            <w:shd w:val="clear" w:color="auto" w:fill="131B25"/>
          </w:tcPr>
          <w:p>
            <w:pPr>
              <w:spacing w:before="60" w:after="60"/>
            </w:pPr>
            <w:r>
              <w:rPr>
                <w:b/>
                <w:color w:val="FFFFFF"/>
                <w:sz w:val="19"/>
              </w:rPr>
            </w:r>
          </w:p>
        </w:tc>
        <w:tc>
          <w:tcPr>
            <w:tcW w:type="dxa" w:w="3213"/>
            <w:shd w:val="clear" w:color="auto" w:fill="131B25"/>
          </w:tcPr>
          <w:p>
            <w:pPr>
              <w:spacing w:before="60" w:after="60"/>
            </w:pPr>
            <w:r>
              <w:rPr>
                <w:b/>
                <w:color w:val="FFFFFF"/>
                <w:sz w:val="19"/>
              </w:rPr>
              <w:t>Provider</w:t>
            </w:r>
          </w:p>
        </w:tc>
        <w:tc>
          <w:tcPr>
            <w:tcW w:type="dxa" w:w="3213"/>
            <w:shd w:val="clear" w:color="auto" w:fill="131B25"/>
          </w:tcPr>
          <w:p>
            <w:pPr>
              <w:spacing w:before="60" w:after="60"/>
            </w:pPr>
            <w:r>
              <w:rPr>
                <w:b/>
                <w:color w:val="FFFFFF"/>
                <w:sz w:val="19"/>
              </w:rPr>
              <w:t>Customer</w:t>
            </w:r>
          </w:p>
        </w:tc>
      </w:tr>
      <w:tr>
        <w:tc>
          <w:tcPr>
            <w:tcW w:type="dxa" w:w="3213"/>
          </w:tcPr>
          <w:p>
            <w:pPr>
              <w:spacing w:before="60" w:after="240"/>
            </w:pPr>
            <w:r>
              <w:rPr>
                <w:sz w:val="19"/>
              </w:rPr>
              <w:t>Name</w:t>
            </w:r>
          </w:p>
        </w:tc>
        <w:tc>
          <w:tcPr>
            <w:tcW w:type="dxa" w:w="3213"/>
          </w:tcPr>
          <w:p>
            <w:pPr>
              <w:spacing w:before="60" w:after="240"/>
            </w:pPr>
            <w:r>
              <w:rPr>
                <w:sz w:val="19"/>
              </w:rPr>
              <w:t>[Name]</w:t>
            </w:r>
          </w:p>
        </w:tc>
        <w:tc>
          <w:tcPr>
            <w:tcW w:type="dxa" w:w="3213"/>
          </w:tcPr>
          <w:p>
            <w:pPr>
              <w:spacing w:before="60" w:after="240"/>
            </w:pPr>
            <w:r>
              <w:rPr>
                <w:sz w:val="19"/>
              </w:rPr>
              <w:t>[Name]</w:t>
            </w:r>
          </w:p>
        </w:tc>
      </w:tr>
      <w:tr>
        <w:tc>
          <w:tcPr>
            <w:tcW w:type="dxa" w:w="3213"/>
          </w:tcPr>
          <w:p>
            <w:pPr>
              <w:spacing w:before="60" w:after="240"/>
            </w:pPr>
            <w:r>
              <w:rPr>
                <w:sz w:val="19"/>
              </w:rPr>
              <w:t>Role</w:t>
            </w:r>
          </w:p>
        </w:tc>
        <w:tc>
          <w:tcPr>
            <w:tcW w:type="dxa" w:w="3213"/>
          </w:tcPr>
          <w:p>
            <w:pPr>
              <w:spacing w:before="60" w:after="240"/>
            </w:pPr>
            <w:r>
              <w:rPr>
                <w:sz w:val="19"/>
              </w:rPr>
              <w:t>[Title]</w:t>
            </w:r>
          </w:p>
        </w:tc>
        <w:tc>
          <w:tcPr>
            <w:tcW w:type="dxa" w:w="3213"/>
          </w:tcPr>
          <w:p>
            <w:pPr>
              <w:spacing w:before="60" w:after="240"/>
            </w:pPr>
            <w:r>
              <w:rPr>
                <w:sz w:val="19"/>
              </w:rPr>
              <w:t>[Title]</w:t>
            </w:r>
          </w:p>
        </w:tc>
      </w:tr>
      <w:tr>
        <w:tc>
          <w:tcPr>
            <w:tcW w:type="dxa" w:w="3213"/>
          </w:tcPr>
          <w:p>
            <w:pPr>
              <w:spacing w:before="60" w:after="240"/>
            </w:pPr>
            <w:r>
              <w:rPr>
                <w:sz w:val="19"/>
              </w:rPr>
              <w:t>Signature</w:t>
            </w:r>
          </w:p>
        </w:tc>
        <w:tc>
          <w:tcPr>
            <w:tcW w:type="dxa" w:w="3213"/>
          </w:tcPr>
          <w:p>
            <w:pPr>
              <w:spacing w:before="60" w:after="240"/>
            </w:pPr>
            <w:r>
              <w:rPr>
                <w:sz w:val="19"/>
              </w:rPr>
              <w:t>[Signature]</w:t>
            </w:r>
          </w:p>
        </w:tc>
        <w:tc>
          <w:tcPr>
            <w:tcW w:type="dxa" w:w="3213"/>
          </w:tcPr>
          <w:p>
            <w:pPr>
              <w:spacing w:before="60" w:after="240"/>
            </w:pPr>
            <w:r>
              <w:rPr>
                <w:sz w:val="19"/>
              </w:rPr>
              <w:t>[Signature]</w:t>
            </w:r>
          </w:p>
        </w:tc>
      </w:tr>
      <w:tr>
        <w:tc>
          <w:tcPr>
            <w:tcW w:type="dxa" w:w="3213"/>
          </w:tcPr>
          <w:p>
            <w:pPr>
              <w:spacing w:before="60" w:after="240"/>
            </w:pPr>
            <w:r>
              <w:rPr>
                <w:sz w:val="19"/>
              </w:rPr>
              <w:t>Date</w:t>
            </w:r>
          </w:p>
        </w:tc>
        <w:tc>
          <w:tcPr>
            <w:tcW w:type="dxa" w:w="3213"/>
          </w:tcPr>
          <w:p>
            <w:pPr>
              <w:spacing w:before="60" w:after="240"/>
            </w:pPr>
            <w:r>
              <w:rPr>
                <w:sz w:val="19"/>
              </w:rPr>
              <w:t>[Date]</w:t>
            </w:r>
          </w:p>
        </w:tc>
        <w:tc>
          <w:tcPr>
            <w:tcW w:type="dxa" w:w="3213"/>
          </w:tcPr>
          <w:p>
            <w:pPr>
              <w:spacing w:before="60" w:after="240"/>
            </w:pPr>
            <w:r>
              <w:rPr>
                <w:sz w:val="19"/>
              </w:rPr>
              <w:t>[Date]</w:t>
            </w:r>
          </w:p>
        </w:tc>
      </w:tr>
    </w:tbl>
    <w:p>
      <w:pPr>
        <w:spacing w:before="320"/>
      </w:pPr>
      <w:r>
        <w:rPr>
          <w:b/>
          <w:color w:val="131B25"/>
        </w:rPr>
        <w:t xml:space="preserve">Track your SLA with UptimeRobot. </w:t>
      </w:r>
      <w:r>
        <w:t xml:space="preserve">Free plan: 50 monitors and 1 SLA policy, no credit card required. </w:t>
      </w:r>
      <w:r>
        <w:rPr>
          <w:b/>
          <w:color w:val="158140"/>
        </w:rPr>
        <w:t>uptimerobot.com/sla-monitoring</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A5768"/>
        <w:sz w:val="16"/>
      </w:rPr>
      <w:t>UptimeRobot · uptimerobot.com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152000" cy="353280"/>
          <wp:docPr id="1" name="Picture 1"/>
          <wp:cNvGraphicFramePr>
            <a:graphicFrameLocks noChangeAspect="1"/>
          </wp:cNvGraphicFramePr>
          <a:graphic>
            <a:graphicData uri="http://schemas.openxmlformats.org/drawingml/2006/picture">
              <pic:pic>
                <pic:nvPicPr>
                  <pic:cNvPr id="0" name="uptimerobot-logo-allwhite-15.png"/>
                  <pic:cNvPicPr/>
                </pic:nvPicPr>
                <pic:blipFill>
                  <a:blip r:embed="rId1"/>
                  <a:stretch>
                    <a:fillRect/>
                  </a:stretch>
                </pic:blipFill>
                <pic:spPr>
                  <a:xfrm>
                    <a:off x="0" y="0"/>
                    <a:ext cx="1152000" cy="353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C26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